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ind w:firstLine="0"/>
        <w:jc w:val="center"/>
      </w:pPr>
      <w:r>
        <w:rPr>
          <w:b w:val="0"/>
          <w:highlight w:val="yellow"/>
        </w:rPr>
        <w:t>[Полное наименование образовательной организации]</w:t>
      </w:r>
    </w:p>
    <w:p>
      <w:pPr>
        <w:spacing w:line="240" w:lineRule="auto"/>
        <w:ind w:firstLine="0"/>
        <w:jc w:val="center"/>
      </w:pPr>
      <w:r>
        <w:rPr>
          <w:b w:val="0"/>
          <w:highlight w:val="yellow"/>
        </w:rPr>
        <w:t>[Институт / факультет]</w:t>
      </w:r>
    </w:p>
    <w:p>
      <w:pPr>
        <w:spacing w:line="240" w:lineRule="auto"/>
        <w:ind w:firstLine="0"/>
        <w:jc w:val="center"/>
      </w:pPr>
      <w:r>
        <w:rPr>
          <w:b w:val="0"/>
        </w:rPr>
        <w:t xml:space="preserve">Кафедра </w:t>
      </w:r>
      <w:r>
        <w:rPr>
          <w:b w:val="0"/>
          <w:highlight w:val="yellow"/>
        </w:rPr>
        <w:t>[наименование кафедры]</w:t>
      </w:r>
    </w:p>
    <w:p>
      <w:pPr>
        <w:spacing w:line="240" w:lineRule="auto"/>
        <w:ind w:firstLine="0"/>
      </w:pPr>
    </w:p>
    <w:p>
      <w:pPr>
        <w:spacing w:line="240" w:lineRule="auto"/>
        <w:ind w:firstLine="0"/>
      </w:pPr>
    </w:p>
    <w:p>
      <w:pPr>
        <w:spacing w:line="240" w:lineRule="auto"/>
        <w:ind w:firstLine="0"/>
      </w:pPr>
    </w:p>
    <w:p>
      <w:pPr>
        <w:spacing w:line="240" w:lineRule="auto"/>
        <w:ind w:firstLine="0"/>
      </w:pPr>
    </w:p>
    <w:p>
      <w:pPr>
        <w:spacing w:line="240" w:lineRule="auto"/>
        <w:ind w:firstLine="0"/>
        <w:jc w:val="center"/>
      </w:pPr>
      <w:r>
        <w:rPr>
          <w:b/>
          <w:sz w:val="32"/>
        </w:rPr>
        <w:t>ДНЕВНИК</w:t>
      </w:r>
    </w:p>
    <w:p>
      <w:pPr>
        <w:spacing w:line="240" w:lineRule="auto"/>
        <w:ind w:firstLine="0"/>
        <w:jc w:val="center"/>
      </w:pPr>
      <w:r>
        <w:rPr>
          <w:b w:val="0"/>
        </w:rPr>
        <w:t xml:space="preserve">прохождения </w:t>
      </w:r>
      <w:r>
        <w:rPr>
          <w:b w:val="0"/>
          <w:highlight w:val="yellow"/>
        </w:rPr>
        <w:t>[учебной / производственной / преддипломной]</w:t>
      </w:r>
      <w:r>
        <w:rPr>
          <w:b w:val="0"/>
        </w:rPr>
        <w:t xml:space="preserve"> практики</w:t>
      </w:r>
    </w:p>
    <w:p>
      <w:pPr>
        <w:spacing w:line="240" w:lineRule="auto"/>
        <w:ind w:firstLine="0"/>
      </w:pPr>
    </w:p>
    <w:p>
      <w:pPr>
        <w:spacing w:line="240" w:lineRule="auto"/>
        <w:ind w:firstLine="0"/>
        <w:jc w:val="left"/>
      </w:pPr>
      <w:r>
        <w:rPr>
          <w:b w:val="0"/>
        </w:rPr>
        <w:t xml:space="preserve">Студент: </w:t>
      </w:r>
      <w:r>
        <w:rPr>
          <w:b w:val="0"/>
          <w:highlight w:val="yellow"/>
        </w:rPr>
        <w:t>[Фамилия Имя Отчество]</w:t>
      </w:r>
    </w:p>
    <w:p>
      <w:pPr>
        <w:spacing w:line="240" w:lineRule="auto"/>
        <w:ind w:firstLine="0"/>
        <w:jc w:val="left"/>
      </w:pPr>
      <w:r>
        <w:rPr>
          <w:b w:val="0"/>
        </w:rPr>
        <w:t xml:space="preserve">Курс, группа: </w:t>
      </w:r>
      <w:r>
        <w:rPr>
          <w:b w:val="0"/>
          <w:highlight w:val="yellow"/>
        </w:rPr>
        <w:t>[курс]</w:t>
      </w:r>
      <w:r>
        <w:rPr>
          <w:b w:val="0"/>
        </w:rPr>
        <w:t xml:space="preserve">, </w:t>
      </w:r>
      <w:r>
        <w:rPr>
          <w:b w:val="0"/>
          <w:highlight w:val="yellow"/>
        </w:rPr>
        <w:t>[группа]</w:t>
      </w:r>
    </w:p>
    <w:p>
      <w:pPr>
        <w:spacing w:line="240" w:lineRule="auto"/>
        <w:ind w:firstLine="0"/>
        <w:jc w:val="left"/>
      </w:pPr>
      <w:r>
        <w:rPr>
          <w:b w:val="0"/>
        </w:rPr>
        <w:t xml:space="preserve">Направление подготовки: </w:t>
      </w:r>
      <w:r>
        <w:rPr>
          <w:b w:val="0"/>
          <w:highlight w:val="yellow"/>
        </w:rPr>
        <w:t>[код и наименование]</w:t>
      </w:r>
    </w:p>
    <w:p>
      <w:pPr>
        <w:spacing w:line="240" w:lineRule="auto"/>
        <w:ind w:firstLine="0"/>
        <w:jc w:val="left"/>
      </w:pPr>
      <w:r>
        <w:rPr>
          <w:b w:val="0"/>
        </w:rPr>
        <w:t xml:space="preserve">Место практики: </w:t>
      </w:r>
      <w:r>
        <w:rPr>
          <w:b w:val="0"/>
          <w:highlight w:val="yellow"/>
        </w:rPr>
        <w:t>[полное наименование организации]</w:t>
      </w:r>
    </w:p>
    <w:p>
      <w:pPr>
        <w:spacing w:line="240" w:lineRule="auto"/>
        <w:ind w:firstLine="0"/>
        <w:jc w:val="left"/>
      </w:pPr>
      <w:r>
        <w:rPr>
          <w:b w:val="0"/>
        </w:rPr>
        <w:t xml:space="preserve">Сроки практики: с </w:t>
      </w:r>
      <w:r>
        <w:rPr>
          <w:b w:val="0"/>
          <w:highlight w:val="yellow"/>
        </w:rPr>
        <w:t>[дд.мм.гггг]</w:t>
      </w:r>
      <w:r>
        <w:rPr>
          <w:b w:val="0"/>
        </w:rPr>
        <w:t xml:space="preserve"> по </w:t>
      </w:r>
      <w:r>
        <w:rPr>
          <w:b w:val="0"/>
          <w:highlight w:val="yellow"/>
        </w:rPr>
        <w:t>[дд.мм.гггг]</w:t>
      </w:r>
    </w:p>
    <w:p>
      <w:pPr>
        <w:spacing w:line="240" w:lineRule="auto"/>
        <w:ind w:firstLine="0"/>
        <w:jc w:val="left"/>
      </w:pPr>
      <w:r>
        <w:rPr>
          <w:b w:val="0"/>
        </w:rPr>
        <w:t xml:space="preserve">Руководитель практики от вуза: </w:t>
      </w:r>
      <w:r>
        <w:rPr>
          <w:b w:val="0"/>
          <w:highlight w:val="yellow"/>
        </w:rPr>
        <w:t>[должность, Фамилия И. О.]</w:t>
      </w:r>
    </w:p>
    <w:p>
      <w:pPr>
        <w:spacing w:line="240" w:lineRule="auto"/>
        <w:ind w:firstLine="0"/>
        <w:jc w:val="left"/>
      </w:pPr>
      <w:r>
        <w:rPr>
          <w:b w:val="0"/>
        </w:rPr>
        <w:t xml:space="preserve">Руководитель практики от организации: </w:t>
      </w:r>
      <w:r>
        <w:rPr>
          <w:b w:val="0"/>
          <w:highlight w:val="yellow"/>
        </w:rPr>
        <w:t>[должность, Фамилия И. О.]</w:t>
      </w:r>
    </w:p>
    <w:p>
      <w:pPr>
        <w:spacing w:line="240" w:lineRule="auto"/>
        <w:ind w:firstLine="0"/>
      </w:pPr>
    </w:p>
    <w:p>
      <w:pPr>
        <w:spacing w:line="240" w:lineRule="auto"/>
        <w:ind w:firstLine="0"/>
        <w:jc w:val="center"/>
      </w:pPr>
      <w:r>
        <w:rPr>
          <w:b/>
        </w:rPr>
        <w:t>Содержание выполненной работы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1701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Дата</w:t>
            </w:r>
          </w:p>
        </w:tc>
        <w:tc>
          <w:tcPr>
            <w:tcW w:type="dxa" w:w="5669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Содержание выполненной работы</w:t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Отметка руководителя</w:t>
            </w:r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  <w:highlight w:val="yellow"/>
              </w:rPr>
              <w:t>[01.07.2026]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  <w:highlight w:val="yellow"/>
              </w:rPr>
              <w:t>[Инструктаж по охране труда и технике безопасности. Знакомство с организацией и руководителем практики.]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  <w:highlight w:val="yellow"/>
              </w:rPr>
              <w:t>[02.07.2026]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  <w:highlight w:val="yellow"/>
              </w:rPr>
              <w:t>[Изучение устава, организационной структуры и основных видов деятельности организации.]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  <w:highlight w:val="yellow"/>
              </w:rPr>
              <w:t>[03.07.2026]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  <w:highlight w:val="yellow"/>
              </w:rPr>
              <w:t>[Изучение документооборота отдела. Получение индивидуального задания.]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  <w:t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</w:p>
        </w:tc>
      </w:tr>
    </w:tbl>
    <w:p>
      <w:pPr>
        <w:spacing w:line="240" w:lineRule="auto"/>
        <w:ind w:firstLine="0"/>
      </w:pPr>
    </w:p>
    <w:p>
      <w:pPr>
        <w:spacing w:line="240" w:lineRule="auto"/>
        <w:ind w:firstLine="0"/>
        <w:jc w:val="left"/>
      </w:pPr>
      <w:r>
        <w:rPr>
          <w:b w:val="0"/>
        </w:rPr>
        <w:t xml:space="preserve">Студент ______________ / </w:t>
      </w:r>
      <w:r>
        <w:rPr>
          <w:b w:val="0"/>
          <w:highlight w:val="yellow"/>
        </w:rPr>
        <w:t>[Фамилия И. О.]</w:t>
      </w:r>
      <w:r>
        <w:rPr>
          <w:b w:val="0"/>
        </w:rPr>
        <w:t xml:space="preserve"> /</w:t>
      </w:r>
    </w:p>
    <w:p>
      <w:pPr>
        <w:spacing w:line="240" w:lineRule="auto"/>
        <w:ind w:firstLine="0"/>
        <w:jc w:val="left"/>
      </w:pPr>
      <w:r>
        <w:rPr>
          <w:b w:val="0"/>
        </w:rPr>
        <w:t xml:space="preserve">Руководитель практики от организации ______________ / </w:t>
      </w:r>
      <w:r>
        <w:rPr>
          <w:b w:val="0"/>
          <w:highlight w:val="yellow"/>
        </w:rPr>
        <w:t>[Фамилия И. О.]</w:t>
      </w:r>
      <w:r>
        <w:rPr>
          <w:b w:val="0"/>
        </w:rPr>
        <w:t xml:space="preserve"> /</w:t>
      </w:r>
    </w:p>
    <w:p>
      <w:pPr>
        <w:spacing w:line="240" w:lineRule="auto"/>
        <w:ind w:firstLine="0"/>
        <w:jc w:val="left"/>
      </w:pPr>
      <w:r>
        <w:rPr>
          <w:b w:val="0"/>
        </w:rPr>
        <w:t>М. П.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709"/>
      <w:jc w:val="both"/>
    </w:pPr>
    <w:rPr>
      <w:rFonts w:ascii="Times New Roman" w:hAnsi="Times New Roman" w:cs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="360" w:lineRule="auto"/>
      <w:ind w:firstLine="709"/>
      <w:jc w:val="left"/>
      <w:outlineLvl w:val="0"/>
    </w:pPr>
    <w:rPr>
      <w:rFonts w:ascii="Times New Roman" w:hAnsi="Times New Roman" w:cs="Times New Roman" w:eastAsia="Times New Roman"/>
      <w:b/>
      <w:bCs/>
      <w:i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0" w:after="240" w:line="360" w:lineRule="auto"/>
      <w:ind w:firstLine="709"/>
      <w:jc w:val="left"/>
      <w:outlineLvl w:val="1"/>
    </w:pPr>
    <w:rPr>
      <w:rFonts w:ascii="Times New Roman" w:hAnsi="Times New Roman" w:cs="Times New Roman" w:eastAsia="Times New Roman"/>
      <w:b/>
      <w:bCs/>
      <w:i w:val="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