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ind w:firstLine="0"/>
        <w:jc w:val="center"/>
      </w:pPr>
      <w:r>
        <w:rPr>
          <w:b w:val="0"/>
          <w:sz w:val="24"/>
          <w:highlight w:val="yellow"/>
        </w:rPr>
        <w:t>[Бланк организации или её полное наименование, адрес, телефон]</w:t>
      </w:r>
    </w:p>
    <w:p>
      <w:pPr>
        <w:spacing w:line="240" w:lineRule="auto"/>
        <w:ind w:firstLine="0"/>
      </w:pPr>
    </w:p>
    <w:p>
      <w:pPr>
        <w:ind w:firstLine="0"/>
        <w:jc w:val="center"/>
      </w:pPr>
      <w:r>
        <w:rPr>
          <w:b/>
          <w:sz w:val="32"/>
        </w:rPr>
        <w:t>ХАРАКТЕРИСТИКА</w:t>
      </w:r>
    </w:p>
    <w:p>
      <w:pPr>
        <w:ind w:firstLine="0"/>
        <w:jc w:val="center"/>
      </w:pPr>
      <w:r>
        <w:rPr>
          <w:b w:val="0"/>
        </w:rPr>
        <w:t xml:space="preserve">на студента </w:t>
      </w:r>
      <w:r>
        <w:rPr>
          <w:b w:val="0"/>
          <w:highlight w:val="yellow"/>
        </w:rPr>
        <w:t>[курс]</w:t>
      </w:r>
      <w:r>
        <w:rPr>
          <w:b w:val="0"/>
        </w:rPr>
        <w:t xml:space="preserve"> курса </w:t>
      </w:r>
      <w:r>
        <w:rPr>
          <w:b w:val="0"/>
          <w:highlight w:val="yellow"/>
        </w:rPr>
        <w:t>[наименование образовательной организации]</w:t>
      </w:r>
      <w:r>
        <w:rPr>
          <w:b w:val="0"/>
        </w:rPr>
        <w:t xml:space="preserve"> </w:t>
      </w:r>
      <w:r>
        <w:rPr>
          <w:b w:val="0"/>
          <w:highlight w:val="yellow"/>
        </w:rPr>
        <w:t>[Фамилию Имя Отчество]</w:t>
      </w:r>
      <w:r>
        <w:rPr>
          <w:b w:val="0"/>
        </w:rPr>
        <w:t xml:space="preserve">, проходившего(ую) </w:t>
      </w:r>
      <w:r>
        <w:rPr>
          <w:b w:val="0"/>
          <w:highlight w:val="yellow"/>
        </w:rPr>
        <w:t>[учебную / производственную / преддипломную]</w:t>
      </w:r>
      <w:r>
        <w:rPr>
          <w:b w:val="0"/>
        </w:rPr>
        <w:t xml:space="preserve"> практику в </w:t>
      </w:r>
      <w:r>
        <w:rPr>
          <w:b w:val="0"/>
          <w:highlight w:val="yellow"/>
        </w:rPr>
        <w:t>[наименование организации]</w:t>
      </w:r>
      <w:r>
        <w:rPr>
          <w:b w:val="0"/>
        </w:rPr>
        <w:t xml:space="preserve"> с </w:t>
      </w:r>
      <w:r>
        <w:rPr>
          <w:b w:val="0"/>
          <w:highlight w:val="yellow"/>
        </w:rPr>
        <w:t>[дд.мм.гггг]</w:t>
      </w:r>
      <w:r>
        <w:rPr>
          <w:b w:val="0"/>
        </w:rPr>
        <w:t xml:space="preserve"> по </w:t>
      </w:r>
      <w:r>
        <w:rPr>
          <w:b w:val="0"/>
          <w:highlight w:val="yellow"/>
        </w:rPr>
        <w:t>[дд.мм.гггг]</w:t>
      </w:r>
    </w:p>
    <w:p/>
    <w:p>
      <w:r>
        <w:rPr>
          <w:b w:val="0"/>
        </w:rPr>
        <w:t xml:space="preserve">За время прохождения практики </w:t>
      </w:r>
      <w:r>
        <w:rPr>
          <w:b w:val="0"/>
          <w:highlight w:val="yellow"/>
        </w:rPr>
        <w:t>[Фамилия И. О.]</w:t>
      </w:r>
      <w:r>
        <w:rPr>
          <w:b w:val="0"/>
        </w:rPr>
        <w:t xml:space="preserve"> </w:t>
      </w:r>
      <w:r>
        <w:rPr>
          <w:b w:val="0"/>
          <w:highlight w:val="yellow"/>
        </w:rPr>
        <w:t>[работал(а) в отделе …]</w:t>
      </w:r>
      <w:r>
        <w:rPr>
          <w:b w:val="0"/>
        </w:rPr>
        <w:t xml:space="preserve"> и выполнял(а) следующие задания: </w:t>
      </w:r>
      <w:r>
        <w:rPr>
          <w:b w:val="0"/>
          <w:highlight w:val="yellow"/>
        </w:rPr>
        <w:t>[изучение документооборота, подготовка отчётов, участие в …]</w:t>
      </w:r>
      <w:r>
        <w:rPr>
          <w:b w:val="0"/>
        </w:rPr>
        <w:t>.</w:t>
      </w:r>
    </w:p>
    <w:p>
      <w:r>
        <w:rPr>
          <w:b w:val="0"/>
          <w:highlight w:val="yellow"/>
        </w:rPr>
        <w:t>[Фамилия И. О.]</w:t>
      </w:r>
      <w:r>
        <w:rPr>
          <w:b w:val="0"/>
        </w:rPr>
        <w:t xml:space="preserve"> проявил(а) себя как </w:t>
      </w:r>
      <w:r>
        <w:rPr>
          <w:b w:val="0"/>
          <w:highlight w:val="yellow"/>
        </w:rPr>
        <w:t>[ответственный, дисциплинированный, инициативный]</w:t>
      </w:r>
      <w:r>
        <w:rPr>
          <w:b w:val="0"/>
        </w:rPr>
        <w:t xml:space="preserve"> сотрудник. Задания выполнял(а) </w:t>
      </w:r>
      <w:r>
        <w:rPr>
          <w:b w:val="0"/>
          <w:highlight w:val="yellow"/>
        </w:rPr>
        <w:t>[своевременно и качественно]</w:t>
      </w:r>
      <w:r>
        <w:rPr>
          <w:b w:val="0"/>
        </w:rPr>
        <w:t xml:space="preserve">, </w:t>
      </w:r>
      <w:r>
        <w:rPr>
          <w:b w:val="0"/>
          <w:highlight w:val="yellow"/>
        </w:rPr>
        <w:t>[умело применял(а) теоретические знания на практике]</w:t>
      </w:r>
      <w:r>
        <w:rPr>
          <w:b w:val="0"/>
        </w:rPr>
        <w:t>.</w:t>
      </w:r>
    </w:p>
    <w:p>
      <w:r>
        <w:rPr>
          <w:b w:val="0"/>
        </w:rPr>
        <w:t xml:space="preserve">Студент(ка) </w:t>
      </w:r>
      <w:r>
        <w:rPr>
          <w:b w:val="0"/>
          <w:highlight w:val="yellow"/>
        </w:rPr>
        <w:t>[быстро освоил(а) программы …]</w:t>
      </w:r>
      <w:r>
        <w:rPr>
          <w:b w:val="0"/>
        </w:rPr>
        <w:t xml:space="preserve">, </w:t>
      </w:r>
      <w:r>
        <w:rPr>
          <w:b w:val="0"/>
          <w:highlight w:val="yellow"/>
        </w:rPr>
        <w:t>[проявил(а) навыки работы с документами / клиентами]</w:t>
      </w:r>
      <w:r>
        <w:rPr>
          <w:b w:val="0"/>
        </w:rPr>
        <w:t xml:space="preserve">, </w:t>
      </w:r>
      <w:r>
        <w:rPr>
          <w:b w:val="0"/>
          <w:highlight w:val="yellow"/>
        </w:rPr>
        <w:t>[поддерживал(а) хорошие отношения в коллективе]</w:t>
      </w:r>
      <w:r>
        <w:rPr>
          <w:b w:val="0"/>
        </w:rPr>
        <w:t>. Нарушений трудовой дисциплины не допускал(а).</w:t>
      </w:r>
    </w:p>
    <w:p>
      <w:r>
        <w:rPr>
          <w:b w:val="0"/>
        </w:rPr>
        <w:t xml:space="preserve">Программа практики выполнена </w:t>
      </w:r>
      <w:r>
        <w:rPr>
          <w:b w:val="0"/>
          <w:highlight w:val="yellow"/>
        </w:rPr>
        <w:t>[в полном объёме]</w:t>
      </w:r>
      <w:r>
        <w:rPr>
          <w:b w:val="0"/>
        </w:rPr>
        <w:t>. Рекомендуемая оценка — «</w:t>
      </w:r>
      <w:r>
        <w:rPr>
          <w:b w:val="0"/>
          <w:highlight w:val="yellow"/>
        </w:rPr>
        <w:t>[отлично / хорошо]</w:t>
      </w:r>
      <w:r>
        <w:rPr>
          <w:b w:val="0"/>
        </w:rPr>
        <w:t>».</w:t>
      </w:r>
    </w:p>
    <w:p/>
    <w:p>
      <w:pPr>
        <w:spacing w:line="240" w:lineRule="auto"/>
        <w:ind w:firstLine="0"/>
        <w:jc w:val="left"/>
      </w:pPr>
      <w:r>
        <w:rPr>
          <w:b w:val="0"/>
        </w:rPr>
        <w:t>Руководитель практики от организации</w:t>
      </w:r>
    </w:p>
    <w:p>
      <w:pPr>
        <w:spacing w:line="240" w:lineRule="auto"/>
        <w:ind w:firstLine="0"/>
        <w:jc w:val="left"/>
      </w:pPr>
      <w:r>
        <w:rPr>
          <w:b w:val="0"/>
          <w:highlight w:val="yellow"/>
        </w:rPr>
        <w:t>[должность]</w:t>
      </w:r>
      <w:r>
        <w:rPr>
          <w:b w:val="0"/>
        </w:rPr>
        <w:t xml:space="preserve"> ______________ / </w:t>
      </w:r>
      <w:r>
        <w:rPr>
          <w:b w:val="0"/>
          <w:highlight w:val="yellow"/>
        </w:rPr>
        <w:t>[Фамилия И. О.]</w:t>
      </w:r>
      <w:r>
        <w:rPr>
          <w:b w:val="0"/>
        </w:rPr>
        <w:t xml:space="preserve"> /</w:t>
      </w:r>
    </w:p>
    <w:p>
      <w:pPr>
        <w:spacing w:line="240" w:lineRule="auto"/>
        <w:ind w:firstLine="0"/>
        <w:jc w:val="left"/>
      </w:pPr>
    </w:p>
    <w:p>
      <w:pPr>
        <w:spacing w:line="240" w:lineRule="auto"/>
        <w:ind w:firstLine="0"/>
        <w:jc w:val="left"/>
      </w:pPr>
      <w:r>
        <w:rPr>
          <w:b w:val="0"/>
        </w:rPr>
        <w:t>«___» __________ 20__ г.</w:t>
      </w:r>
    </w:p>
    <w:p>
      <w:pPr>
        <w:spacing w:line="240" w:lineRule="auto"/>
        <w:ind w:firstLine="0"/>
        <w:jc w:val="left"/>
      </w:pPr>
      <w:r>
        <w:rPr>
          <w:b w:val="0"/>
        </w:rPr>
        <w:t>М. П.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709"/>
      <w:jc w:val="both"/>
    </w:pPr>
    <w:rPr>
      <w:rFonts w:ascii="Times New Roman" w:hAnsi="Times New Roman" w:cs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="360" w:lineRule="auto"/>
      <w:ind w:firstLine="709"/>
      <w:jc w:val="left"/>
      <w:outlineLvl w:val="0"/>
    </w:pPr>
    <w:rPr>
      <w:rFonts w:ascii="Times New Roman" w:hAnsi="Times New Roman" w:cs="Times New Roman" w:eastAsia="Times New Roman"/>
      <w:b/>
      <w:bCs/>
      <w:i w:val="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pageBreakBefore w:val="0"/>
      <w:spacing w:before="0" w:after="240" w:line="360" w:lineRule="auto"/>
      <w:ind w:firstLine="709"/>
      <w:jc w:val="left"/>
      <w:outlineLvl w:val="1"/>
    </w:pPr>
    <w:rPr>
      <w:rFonts w:ascii="Times New Roman" w:hAnsi="Times New Roman" w:cs="Times New Roman" w:eastAsia="Times New Roman"/>
      <w:b/>
      <w:bCs/>
      <w:i w:val="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